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418" w:rsidRDefault="004D1864">
      <w:pPr>
        <w:spacing w:after="20"/>
        <w:jc w:val="center"/>
        <w:rPr>
          <w:lang w:eastAsia="zh-TW"/>
        </w:rPr>
      </w:pPr>
      <w:r>
        <w:rPr>
          <w:b/>
          <w:sz w:val="40"/>
          <w:lang w:eastAsia="zh-TW"/>
        </w:rPr>
        <w:t>學海築夢申請作業流程</w:t>
      </w:r>
    </w:p>
    <w:p w:rsidR="00FB0418" w:rsidRDefault="004D1864">
      <w:pPr>
        <w:spacing w:after="140"/>
        <w:jc w:val="center"/>
        <w:rPr>
          <w:lang w:eastAsia="zh-TW"/>
        </w:rPr>
      </w:pPr>
      <w:r>
        <w:rPr>
          <w:b/>
          <w:sz w:val="22"/>
          <w:lang w:eastAsia="zh-TW"/>
        </w:rPr>
        <w:t>計畫主持人版｜第一次申請請依序完成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824"/>
      </w:tblGrid>
      <w:tr w:rsidR="00FB0418" w:rsidTr="00665436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:rsidR="00FB0418" w:rsidRDefault="004D1864">
            <w:pPr>
              <w:spacing w:after="0"/>
              <w:jc w:val="center"/>
            </w:pPr>
            <w:r>
              <w:rPr>
                <w:b/>
                <w:sz w:val="22"/>
              </w:rPr>
              <w:t xml:space="preserve">① </w:t>
            </w:r>
            <w:r>
              <w:rPr>
                <w:b/>
                <w:sz w:val="22"/>
              </w:rPr>
              <w:t>前期準備</w:t>
            </w:r>
          </w:p>
        </w:tc>
        <w:tc>
          <w:tcPr>
            <w:tcW w:w="7824" w:type="dxa"/>
            <w:shd w:val="clear" w:color="auto" w:fill="F8FAFC"/>
            <w:vAlign w:val="center"/>
          </w:tcPr>
          <w:p w:rsidR="00FB0418" w:rsidRDefault="004D1864" w:rsidP="00665436">
            <w:pPr>
              <w:spacing w:after="0" w:line="440" w:lineRule="exact"/>
              <w:rPr>
                <w:lang w:eastAsia="zh-TW"/>
              </w:rPr>
            </w:pPr>
            <w:r>
              <w:rPr>
                <w:lang w:eastAsia="zh-TW"/>
              </w:rPr>
              <w:t>確認申請類型、實習國家、海外實習機構、實習內容、實習期程及預計選送學生人數；並與海外實習機構確認合作意願及準備相關合作文件（如</w:t>
            </w:r>
            <w:r>
              <w:rPr>
                <w:lang w:eastAsia="zh-TW"/>
              </w:rPr>
              <w:t xml:space="preserve"> MOU</w:t>
            </w:r>
            <w:r>
              <w:rPr>
                <w:lang w:eastAsia="zh-TW"/>
              </w:rPr>
              <w:t>）。</w:t>
            </w:r>
          </w:p>
        </w:tc>
      </w:tr>
      <w:tr w:rsidR="00FB0418" w:rsidTr="00665436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:rsidR="00FB0418" w:rsidRDefault="004D1864">
            <w:pPr>
              <w:spacing w:after="0"/>
              <w:jc w:val="center"/>
            </w:pPr>
            <w:r>
              <w:rPr>
                <w:b/>
                <w:sz w:val="22"/>
              </w:rPr>
              <w:t xml:space="preserve">② </w:t>
            </w:r>
            <w:r>
              <w:rPr>
                <w:b/>
                <w:sz w:val="22"/>
              </w:rPr>
              <w:t>校內申請</w:t>
            </w:r>
          </w:p>
        </w:tc>
        <w:tc>
          <w:tcPr>
            <w:tcW w:w="7824" w:type="dxa"/>
            <w:shd w:val="clear" w:color="auto" w:fill="F8FAFC"/>
            <w:vAlign w:val="center"/>
          </w:tcPr>
          <w:p w:rsidR="00FB0418" w:rsidRDefault="004D1864" w:rsidP="00665436">
            <w:pPr>
              <w:spacing w:after="0" w:line="440" w:lineRule="exact"/>
              <w:rPr>
                <w:lang w:eastAsia="zh-TW"/>
              </w:rPr>
            </w:pPr>
            <w:r>
              <w:rPr>
                <w:lang w:eastAsia="zh-TW"/>
              </w:rPr>
              <w:t>依當年度學海計畫申請規定準備計畫內容及相關資料，於校內公告期限前提出申請，送研發處辦理後續校內審查作業。</w:t>
            </w:r>
          </w:p>
        </w:tc>
      </w:tr>
      <w:tr w:rsidR="00FB0418" w:rsidTr="00665436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:rsidR="00FB0418" w:rsidRDefault="004D1864">
            <w:pPr>
              <w:spacing w:after="0"/>
              <w:jc w:val="center"/>
            </w:pPr>
            <w:r>
              <w:rPr>
                <w:b/>
                <w:sz w:val="22"/>
              </w:rPr>
              <w:t xml:space="preserve">③ </w:t>
            </w:r>
            <w:r>
              <w:rPr>
                <w:b/>
                <w:sz w:val="22"/>
              </w:rPr>
              <w:t>系統填報</w:t>
            </w:r>
          </w:p>
        </w:tc>
        <w:tc>
          <w:tcPr>
            <w:tcW w:w="7824" w:type="dxa"/>
            <w:shd w:val="clear" w:color="auto" w:fill="F8FAFC"/>
            <w:vAlign w:val="center"/>
          </w:tcPr>
          <w:p w:rsidR="00FB0418" w:rsidRDefault="004D1864" w:rsidP="00665436">
            <w:pPr>
              <w:spacing w:after="0" w:line="440" w:lineRule="exact"/>
              <w:rPr>
                <w:lang w:eastAsia="zh-TW"/>
              </w:rPr>
            </w:pPr>
            <w:r>
              <w:rPr>
                <w:lang w:eastAsia="zh-TW"/>
              </w:rPr>
              <w:t>依教育部學海計畫系統規定，由計畫主持人登入系統填寫計畫內容及相關資料，完成後依校內規定辦理後續作業。</w:t>
            </w:r>
          </w:p>
        </w:tc>
      </w:tr>
      <w:tr w:rsidR="00FB0418" w:rsidTr="00665436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:rsidR="00FB0418" w:rsidRDefault="004D1864">
            <w:pPr>
              <w:spacing w:after="0"/>
              <w:jc w:val="center"/>
            </w:pPr>
            <w:r>
              <w:rPr>
                <w:b/>
                <w:sz w:val="22"/>
              </w:rPr>
              <w:t xml:space="preserve">④ </w:t>
            </w:r>
            <w:r>
              <w:rPr>
                <w:b/>
                <w:sz w:val="22"/>
              </w:rPr>
              <w:t>校內審查及報部</w:t>
            </w:r>
          </w:p>
        </w:tc>
        <w:tc>
          <w:tcPr>
            <w:tcW w:w="7824" w:type="dxa"/>
            <w:shd w:val="clear" w:color="auto" w:fill="F8FAFC"/>
            <w:vAlign w:val="center"/>
          </w:tcPr>
          <w:p w:rsidR="00FB0418" w:rsidRDefault="004D1864" w:rsidP="00665436">
            <w:pPr>
              <w:spacing w:after="0" w:line="440" w:lineRule="exact"/>
              <w:rPr>
                <w:lang w:eastAsia="zh-TW"/>
              </w:rPr>
            </w:pPr>
            <w:r>
              <w:rPr>
                <w:lang w:eastAsia="zh-TW"/>
              </w:rPr>
              <w:t>學校辦理校內甄選及審查；通過後由學校彙整各計畫資料，依教育部規定期限完成報部作業。</w:t>
            </w:r>
          </w:p>
        </w:tc>
      </w:tr>
      <w:tr w:rsidR="00FB0418" w:rsidTr="00665436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:rsidR="00FB0418" w:rsidRDefault="004D1864">
            <w:pPr>
              <w:spacing w:after="0"/>
              <w:jc w:val="center"/>
            </w:pPr>
            <w:r>
              <w:rPr>
                <w:b/>
                <w:sz w:val="22"/>
              </w:rPr>
              <w:t xml:space="preserve">⑤ </w:t>
            </w:r>
            <w:r>
              <w:rPr>
                <w:b/>
                <w:sz w:val="22"/>
              </w:rPr>
              <w:t>教育部核定</w:t>
            </w:r>
          </w:p>
        </w:tc>
        <w:tc>
          <w:tcPr>
            <w:tcW w:w="7824" w:type="dxa"/>
            <w:shd w:val="clear" w:color="auto" w:fill="F8FAFC"/>
            <w:vAlign w:val="center"/>
          </w:tcPr>
          <w:p w:rsidR="00FB0418" w:rsidRDefault="004D1864" w:rsidP="00665436">
            <w:pPr>
              <w:spacing w:after="0" w:line="440" w:lineRule="exact"/>
              <w:rPr>
                <w:lang w:eastAsia="zh-TW"/>
              </w:rPr>
            </w:pPr>
            <w:r>
              <w:rPr>
                <w:lang w:eastAsia="zh-TW"/>
              </w:rPr>
              <w:t>等待教育部審查及核定結果；核定後依教育部公告之補助金額及相關規定辦理後續作業。</w:t>
            </w:r>
          </w:p>
        </w:tc>
      </w:tr>
      <w:tr w:rsidR="00FB0418" w:rsidTr="00665436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:rsidR="00FB0418" w:rsidRDefault="004D1864">
            <w:pPr>
              <w:spacing w:after="0"/>
              <w:jc w:val="center"/>
            </w:pPr>
            <w:r>
              <w:rPr>
                <w:b/>
                <w:sz w:val="22"/>
              </w:rPr>
              <w:t xml:space="preserve">⑥ </w:t>
            </w:r>
            <w:r>
              <w:rPr>
                <w:b/>
                <w:sz w:val="22"/>
              </w:rPr>
              <w:t>計畫執行</w:t>
            </w:r>
          </w:p>
        </w:tc>
        <w:tc>
          <w:tcPr>
            <w:tcW w:w="7824" w:type="dxa"/>
            <w:shd w:val="clear" w:color="auto" w:fill="F8FAFC"/>
            <w:vAlign w:val="center"/>
          </w:tcPr>
          <w:p w:rsidR="00FB0418" w:rsidRDefault="004D1864" w:rsidP="00665436">
            <w:pPr>
              <w:spacing w:after="0" w:line="440" w:lineRule="exact"/>
              <w:rPr>
                <w:lang w:eastAsia="zh-TW"/>
              </w:rPr>
            </w:pPr>
            <w:r>
              <w:rPr>
                <w:lang w:eastAsia="zh-TW"/>
              </w:rPr>
              <w:t>依核定計畫辦理學生甄選、實習文件、保險、簽證、行前輔導及經費相關作業，並於實習期間進行學生輔導與計畫執行管理。</w:t>
            </w:r>
          </w:p>
        </w:tc>
      </w:tr>
      <w:tr w:rsidR="00FB0418" w:rsidTr="00665436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:rsidR="00FB0418" w:rsidRDefault="004D1864">
            <w:pPr>
              <w:spacing w:after="0"/>
              <w:jc w:val="center"/>
            </w:pPr>
            <w:r>
              <w:rPr>
                <w:b/>
                <w:sz w:val="22"/>
              </w:rPr>
              <w:t xml:space="preserve">⑦ </w:t>
            </w:r>
            <w:r>
              <w:rPr>
                <w:b/>
                <w:sz w:val="22"/>
              </w:rPr>
              <w:t>成果核結</w:t>
            </w:r>
          </w:p>
        </w:tc>
        <w:tc>
          <w:tcPr>
            <w:tcW w:w="7824" w:type="dxa"/>
            <w:shd w:val="clear" w:color="auto" w:fill="F8FAFC"/>
            <w:vAlign w:val="center"/>
          </w:tcPr>
          <w:p w:rsidR="00FB0418" w:rsidRDefault="004D1864" w:rsidP="00665436">
            <w:pPr>
              <w:spacing w:after="0" w:line="440" w:lineRule="exact"/>
              <w:rPr>
                <w:lang w:eastAsia="zh-TW"/>
              </w:rPr>
            </w:pPr>
            <w:r>
              <w:rPr>
                <w:lang w:eastAsia="zh-TW"/>
              </w:rPr>
              <w:t>實習及計畫執行完成後，依規定期限完成成果報告、學生相關資料、經費核銷及系統填報，辦理計畫核結。</w:t>
            </w:r>
          </w:p>
        </w:tc>
      </w:tr>
    </w:tbl>
    <w:p w:rsidR="00665436" w:rsidRDefault="00665436">
      <w:pPr>
        <w:spacing w:before="100" w:after="80"/>
        <w:jc w:val="center"/>
        <w:rPr>
          <w:b/>
          <w:sz w:val="18"/>
          <w:lang w:eastAsia="zh-TW"/>
        </w:rPr>
      </w:pPr>
    </w:p>
    <w:p w:rsidR="00FB0418" w:rsidRDefault="004D1864">
      <w:pPr>
        <w:spacing w:before="100" w:after="80"/>
        <w:jc w:val="center"/>
        <w:rPr>
          <w:lang w:eastAsia="zh-TW"/>
        </w:rPr>
      </w:pPr>
      <w:bookmarkStart w:id="0" w:name="_GoBack"/>
      <w:bookmarkEnd w:id="0"/>
      <w:r>
        <w:rPr>
          <w:b/>
          <w:sz w:val="18"/>
          <w:lang w:eastAsia="zh-TW"/>
        </w:rPr>
        <w:t xml:space="preserve">① </w:t>
      </w:r>
      <w:r>
        <w:rPr>
          <w:b/>
          <w:sz w:val="18"/>
          <w:lang w:eastAsia="zh-TW"/>
        </w:rPr>
        <w:t>前期準備</w:t>
      </w:r>
      <w:r>
        <w:rPr>
          <w:b/>
          <w:sz w:val="18"/>
          <w:lang w:eastAsia="zh-TW"/>
        </w:rPr>
        <w:t xml:space="preserve">  →  ② </w:t>
      </w:r>
      <w:r>
        <w:rPr>
          <w:b/>
          <w:sz w:val="18"/>
          <w:lang w:eastAsia="zh-TW"/>
        </w:rPr>
        <w:t>校內申請</w:t>
      </w:r>
      <w:r>
        <w:rPr>
          <w:b/>
          <w:sz w:val="18"/>
          <w:lang w:eastAsia="zh-TW"/>
        </w:rPr>
        <w:t xml:space="preserve">  →  ③ </w:t>
      </w:r>
      <w:r>
        <w:rPr>
          <w:b/>
          <w:sz w:val="18"/>
          <w:lang w:eastAsia="zh-TW"/>
        </w:rPr>
        <w:t>系統填報</w:t>
      </w:r>
      <w:r>
        <w:rPr>
          <w:b/>
          <w:sz w:val="18"/>
          <w:lang w:eastAsia="zh-TW"/>
        </w:rPr>
        <w:t xml:space="preserve">  →  ④ </w:t>
      </w:r>
      <w:r>
        <w:rPr>
          <w:b/>
          <w:sz w:val="18"/>
          <w:lang w:eastAsia="zh-TW"/>
        </w:rPr>
        <w:t>校內審查及報部</w:t>
      </w:r>
      <w:r>
        <w:rPr>
          <w:b/>
          <w:sz w:val="18"/>
          <w:lang w:eastAsia="zh-TW"/>
        </w:rPr>
        <w:t xml:space="preserve">  </w:t>
      </w:r>
      <w:r>
        <w:rPr>
          <w:b/>
          <w:sz w:val="18"/>
          <w:lang w:eastAsia="zh-TW"/>
        </w:rPr>
        <w:t xml:space="preserve">→  ⑤ </w:t>
      </w:r>
      <w:r>
        <w:rPr>
          <w:b/>
          <w:sz w:val="18"/>
          <w:lang w:eastAsia="zh-TW"/>
        </w:rPr>
        <w:t>教育部核定</w:t>
      </w:r>
      <w:r>
        <w:rPr>
          <w:b/>
          <w:sz w:val="18"/>
          <w:lang w:eastAsia="zh-TW"/>
        </w:rPr>
        <w:t xml:space="preserve">  →  ⑥ </w:t>
      </w:r>
      <w:r>
        <w:rPr>
          <w:b/>
          <w:sz w:val="18"/>
          <w:lang w:eastAsia="zh-TW"/>
        </w:rPr>
        <w:t>計畫執行</w:t>
      </w:r>
      <w:r>
        <w:rPr>
          <w:b/>
          <w:sz w:val="18"/>
          <w:lang w:eastAsia="zh-TW"/>
        </w:rPr>
        <w:t xml:space="preserve">  →  ⑦ </w:t>
      </w:r>
      <w:r>
        <w:rPr>
          <w:b/>
          <w:sz w:val="18"/>
          <w:lang w:eastAsia="zh-TW"/>
        </w:rPr>
        <w:t>成果核結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88"/>
      </w:tblGrid>
      <w:tr w:rsidR="00FB0418">
        <w:tc>
          <w:tcPr>
            <w:tcW w:w="10488" w:type="dxa"/>
            <w:shd w:val="clear" w:color="auto" w:fill="FFF4CC"/>
          </w:tcPr>
          <w:p w:rsidR="00FB0418" w:rsidRDefault="004D1864">
            <w:pPr>
              <w:spacing w:after="0"/>
              <w:rPr>
                <w:lang w:eastAsia="zh-TW"/>
              </w:rPr>
            </w:pPr>
            <w:r>
              <w:rPr>
                <w:b/>
                <w:lang w:eastAsia="zh-TW"/>
              </w:rPr>
              <w:t>第一次申請提醒：</w:t>
            </w:r>
            <w:r>
              <w:rPr>
                <w:lang w:eastAsia="zh-TW"/>
              </w:rPr>
              <w:t xml:space="preserve"> </w:t>
            </w:r>
            <w:r>
              <w:rPr>
                <w:lang w:eastAsia="zh-TW"/>
              </w:rPr>
              <w:t>請從</w:t>
            </w:r>
            <w:r>
              <w:rPr>
                <w:lang w:eastAsia="zh-TW"/>
              </w:rPr>
              <w:t>①</w:t>
            </w:r>
            <w:r>
              <w:rPr>
                <w:lang w:eastAsia="zh-TW"/>
              </w:rPr>
              <w:t>依序準備；各年度實際申請日期、應備資料、系統填報方式及核定時程，以研發處及教育部當年度公告為準。</w:t>
            </w:r>
          </w:p>
        </w:tc>
      </w:tr>
    </w:tbl>
    <w:p w:rsidR="004D1864" w:rsidRDefault="004D1864">
      <w:pPr>
        <w:rPr>
          <w:lang w:eastAsia="zh-TW"/>
        </w:rPr>
      </w:pPr>
    </w:p>
    <w:sectPr w:rsidR="004D1864" w:rsidSect="00034616">
      <w:pgSz w:w="11906" w:h="16838"/>
      <w:pgMar w:top="624" w:right="709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864" w:rsidRDefault="004D1864" w:rsidP="00665436">
      <w:pPr>
        <w:spacing w:after="0" w:line="240" w:lineRule="auto"/>
      </w:pPr>
      <w:r>
        <w:separator/>
      </w:r>
    </w:p>
  </w:endnote>
  <w:endnote w:type="continuationSeparator" w:id="0">
    <w:p w:rsidR="004D1864" w:rsidRDefault="004D1864" w:rsidP="0066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864" w:rsidRDefault="004D1864" w:rsidP="00665436">
      <w:pPr>
        <w:spacing w:after="0" w:line="240" w:lineRule="auto"/>
      </w:pPr>
      <w:r>
        <w:separator/>
      </w:r>
    </w:p>
  </w:footnote>
  <w:footnote w:type="continuationSeparator" w:id="0">
    <w:p w:rsidR="004D1864" w:rsidRDefault="004D1864" w:rsidP="00665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D1864"/>
    <w:rsid w:val="00665436"/>
    <w:rsid w:val="00AA1D8D"/>
    <w:rsid w:val="00B47730"/>
    <w:rsid w:val="00CB0664"/>
    <w:rsid w:val="00FB04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D1B1694D-CA7D-46AA-B7D6-64A2D72E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9C1C32-419E-4207-B3DD-DAE4F69E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2026-08-19T07:12:00Z</dcterms:created>
  <dcterms:modified xsi:type="dcterms:W3CDTF">2026-08-19T07:12:00Z</dcterms:modified>
  <cp:category/>
</cp:coreProperties>
</file>